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35"/>
        <w:gridCol w:w="6803"/>
      </w:tblGrid>
      <w:tr>
        <w:tc>
          <w:tcPr>
            <w:tcW w:type="dxa" w:w="7126"/>
            <w:vAlign w:val="cente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009FE3"/>
                <w:sz w:val="32"/>
              </w:rPr>
              <w:t>PHỤC HY</w:t>
            </w:r>
          </w:p>
        </w:tc>
        <w:tc>
          <w:tcPr>
            <w:tcW w:type="dxa" w:w="7126"/>
            <w:vAlign w:val="cente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/>
            <w:r>
              <w:rPr>
                <w:rFonts w:ascii="Arial" w:hAnsi="Arial"/>
                <w:b/>
                <w:color w:val="0645BA"/>
                <w:sz w:val="24"/>
              </w:rPr>
              <w:t>MẪU 04</w:t>
              <w:br/>
              <w:t>BIÊN BẢN XỬ LÝ CHÊNH LỆCH KIỂM KÊ</w:t>
            </w:r>
          </w:p>
        </w:tc>
      </w:tr>
    </w:tbl>
    <w:p>
      <w:pPr>
        <w:spacing w:after="100"/>
        <w:pBdr>
          <w:bottom w:val="single" w:sz="18" w:space="1" w:color="009FE3"/>
        </w:pBdr>
      </w:pPr>
    </w:p>
    <w:p>
      <w:pPr>
        <w:spacing w:before="60" w:after="160"/>
        <w:jc w:val="center"/>
      </w:pPr>
      <w:r>
        <w:rPr>
          <w:rFonts w:ascii="Arial" w:hAnsi="Arial"/>
          <w:b/>
          <w:color w:val="0645BA"/>
          <w:sz w:val="34"/>
        </w:rPr>
        <w:t>BIÊN BẢN XỬ LÝ CHÊNH LỆCH KIỂM KÊ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2"/>
        <w:gridCol w:w="10772"/>
      </w:tblGrid>
      <w:tr>
        <w:tc>
          <w:tcPr>
            <w:tcW w:type="dxa" w:w="7126"/>
            <w:vAlign w:val="center"/>
            <w:shd w:fill="EAF8FE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0645BA"/>
                <w:sz w:val="18"/>
              </w:rPr>
              <w:t>Tên doanh nghiệp</w:t>
            </w:r>
          </w:p>
        </w:tc>
        <w:tc>
          <w:tcPr>
            <w:tcW w:type="dxa" w:w="7126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8"/>
              </w:rPr>
              <w:t>........................................................................................................................</w:t>
            </w:r>
          </w:p>
        </w:tc>
      </w:tr>
      <w:tr>
        <w:tc>
          <w:tcPr>
            <w:tcW w:type="dxa" w:w="7126"/>
            <w:vAlign w:val="center"/>
            <w:shd w:fill="EAF8FE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0645BA"/>
                <w:sz w:val="18"/>
              </w:rPr>
              <w:t>Bộ phận / Kho</w:t>
            </w:r>
          </w:p>
        </w:tc>
        <w:tc>
          <w:tcPr>
            <w:tcW w:type="dxa" w:w="7126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8"/>
              </w:rPr>
              <w:t>........................................................................................................................</w:t>
            </w:r>
          </w:p>
        </w:tc>
      </w:tr>
      <w:tr>
        <w:tc>
          <w:tcPr>
            <w:tcW w:type="dxa" w:w="7126"/>
            <w:vAlign w:val="center"/>
            <w:shd w:fill="EAF8FE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0645BA"/>
                <w:sz w:val="18"/>
              </w:rPr>
              <w:t>Căn cứ biên bản kiểm kê số</w:t>
            </w:r>
          </w:p>
        </w:tc>
        <w:tc>
          <w:tcPr>
            <w:tcW w:type="dxa" w:w="7126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8"/>
              </w:rPr>
              <w:t>........................................................................................................................</w:t>
            </w:r>
          </w:p>
        </w:tc>
      </w:tr>
      <w:tr>
        <w:tc>
          <w:tcPr>
            <w:tcW w:type="dxa" w:w="7126"/>
            <w:vAlign w:val="center"/>
            <w:shd w:fill="EAF8FE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0645BA"/>
                <w:sz w:val="18"/>
              </w:rPr>
              <w:t>Ngày họp / Xác minh</w:t>
            </w:r>
          </w:p>
        </w:tc>
        <w:tc>
          <w:tcPr>
            <w:tcW w:type="dxa" w:w="7126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8"/>
              </w:rPr>
              <w:t>........../........../...............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54"/>
        <w:gridCol w:w="1191"/>
        <w:gridCol w:w="1984"/>
        <w:gridCol w:w="794"/>
        <w:gridCol w:w="794"/>
        <w:gridCol w:w="850"/>
        <w:gridCol w:w="2268"/>
        <w:gridCol w:w="1701"/>
        <w:gridCol w:w="2268"/>
        <w:gridCol w:w="1417"/>
        <w:gridCol w:w="964"/>
        <w:gridCol w:w="1134"/>
      </w:tblGrid>
      <w:tr>
        <w:trPr>
          <w:tblHeader w:val="true"/>
        </w:trPr>
        <w:tc>
          <w:tcPr>
            <w:tcW w:type="dxa" w:w="1188"/>
            <w:vAlign w:val="center"/>
            <w:shd w:fill="009FE3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STT</w:t>
            </w:r>
          </w:p>
        </w:tc>
        <w:tc>
          <w:tcPr>
            <w:tcW w:type="dxa" w:w="1188"/>
            <w:vAlign w:val="center"/>
            <w:shd w:fill="009FE3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Mã hàng</w:t>
            </w:r>
          </w:p>
        </w:tc>
        <w:tc>
          <w:tcPr>
            <w:tcW w:type="dxa" w:w="1188"/>
            <w:vAlign w:val="center"/>
            <w:shd w:fill="009FE3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Tên hàng</w:t>
            </w:r>
          </w:p>
        </w:tc>
        <w:tc>
          <w:tcPr>
            <w:tcW w:type="dxa" w:w="1188"/>
            <w:vAlign w:val="center"/>
            <w:shd w:fill="009FE3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Tồn file</w:t>
            </w:r>
          </w:p>
        </w:tc>
        <w:tc>
          <w:tcPr>
            <w:tcW w:type="dxa" w:w="1188"/>
            <w:vAlign w:val="center"/>
            <w:shd w:fill="009FE3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Thực tế</w:t>
            </w:r>
          </w:p>
        </w:tc>
        <w:tc>
          <w:tcPr>
            <w:tcW w:type="dxa" w:w="1188"/>
            <w:vAlign w:val="center"/>
            <w:shd w:fill="009FE3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Chênh lệch</w:t>
            </w:r>
          </w:p>
        </w:tc>
        <w:tc>
          <w:tcPr>
            <w:tcW w:type="dxa" w:w="1188"/>
            <w:vAlign w:val="center"/>
            <w:shd w:fill="009FE3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Nguyên nhân đã xác minh</w:t>
            </w:r>
          </w:p>
        </w:tc>
        <w:tc>
          <w:tcPr>
            <w:tcW w:type="dxa" w:w="1188"/>
            <w:vAlign w:val="center"/>
            <w:shd w:fill="009FE3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Bằng chứng</w:t>
            </w:r>
          </w:p>
        </w:tc>
        <w:tc>
          <w:tcPr>
            <w:tcW w:type="dxa" w:w="1188"/>
            <w:vAlign w:val="center"/>
            <w:shd w:fill="009FE3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Phương án xử lý</w:t>
            </w:r>
          </w:p>
        </w:tc>
        <w:tc>
          <w:tcPr>
            <w:tcW w:type="dxa" w:w="1188"/>
            <w:vAlign w:val="center"/>
            <w:shd w:fill="009FE3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Người phụ trách</w:t>
            </w:r>
          </w:p>
        </w:tc>
        <w:tc>
          <w:tcPr>
            <w:tcW w:type="dxa" w:w="1188"/>
            <w:vAlign w:val="center"/>
            <w:shd w:fill="009FE3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Hạn</w:t>
            </w:r>
          </w:p>
        </w:tc>
        <w:tc>
          <w:tcPr>
            <w:tcW w:type="dxa" w:w="1188"/>
            <w:vAlign w:val="center"/>
            <w:shd w:fill="009FE3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Phê duyệt</w:t>
            </w:r>
          </w:p>
        </w:tc>
      </w:tr>
      <w:tr>
        <w:tc>
          <w:tcPr>
            <w:tcW w:type="dxa" w:w="45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  <w:t>1</w:t>
            </w:r>
          </w:p>
        </w:tc>
        <w:tc>
          <w:tcPr>
            <w:tcW w:type="dxa" w:w="119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98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85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2268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70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2268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41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96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13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</w:tr>
      <w:tr>
        <w:tc>
          <w:tcPr>
            <w:tcW w:type="dxa" w:w="45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  <w:t>2</w:t>
            </w:r>
          </w:p>
        </w:tc>
        <w:tc>
          <w:tcPr>
            <w:tcW w:type="dxa" w:w="119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98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85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2268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70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2268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41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96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13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</w:tr>
      <w:tr>
        <w:tc>
          <w:tcPr>
            <w:tcW w:type="dxa" w:w="45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  <w:t>3</w:t>
            </w:r>
          </w:p>
        </w:tc>
        <w:tc>
          <w:tcPr>
            <w:tcW w:type="dxa" w:w="119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98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85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2268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70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2268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41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96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13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</w:tr>
      <w:tr>
        <w:tc>
          <w:tcPr>
            <w:tcW w:type="dxa" w:w="45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  <w:t>4</w:t>
            </w:r>
          </w:p>
        </w:tc>
        <w:tc>
          <w:tcPr>
            <w:tcW w:type="dxa" w:w="119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98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85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2268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70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2268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41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96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13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</w:tr>
      <w:tr>
        <w:tc>
          <w:tcPr>
            <w:tcW w:type="dxa" w:w="45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  <w:t>5</w:t>
            </w:r>
          </w:p>
        </w:tc>
        <w:tc>
          <w:tcPr>
            <w:tcW w:type="dxa" w:w="119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98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85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2268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70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2268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41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96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13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</w:tr>
      <w:tr>
        <w:tc>
          <w:tcPr>
            <w:tcW w:type="dxa" w:w="45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  <w:t>6</w:t>
            </w:r>
          </w:p>
        </w:tc>
        <w:tc>
          <w:tcPr>
            <w:tcW w:type="dxa" w:w="119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98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85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2268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70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2268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41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96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13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</w:tr>
      <w:tr>
        <w:tc>
          <w:tcPr>
            <w:tcW w:type="dxa" w:w="45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  <w:t>7</w:t>
            </w:r>
          </w:p>
        </w:tc>
        <w:tc>
          <w:tcPr>
            <w:tcW w:type="dxa" w:w="119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98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85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2268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70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2268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41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96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13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</w:tr>
      <w:tr>
        <w:tc>
          <w:tcPr>
            <w:tcW w:type="dxa" w:w="45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  <w:t>8</w:t>
            </w:r>
          </w:p>
        </w:tc>
        <w:tc>
          <w:tcPr>
            <w:tcW w:type="dxa" w:w="119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98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85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2268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70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2268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41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96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13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</w:tr>
    </w:tbl>
    <w:p>
      <w:r>
        <w:rPr>
          <w:b/>
          <w:color w:val="0645BA"/>
        </w:rPr>
        <w:t>Kết luận và quyết định xử lý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15"/>
        <w:gridCol w:w="10658"/>
      </w:tblGrid>
      <w:tr>
        <w:tc>
          <w:tcPr>
            <w:tcW w:type="dxa" w:w="7126"/>
            <w:vAlign w:val="center"/>
            <w:shd w:fill="EAF8FE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0645BA"/>
                <w:sz w:val="18"/>
              </w:rPr>
              <w:t>Tổng giá trị thừa</w:t>
            </w:r>
          </w:p>
        </w:tc>
        <w:tc>
          <w:tcPr>
            <w:tcW w:type="dxa" w:w="7126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8"/>
              </w:rPr>
              <w:t>........................................................</w:t>
            </w:r>
          </w:p>
        </w:tc>
      </w:tr>
      <w:tr>
        <w:tc>
          <w:tcPr>
            <w:tcW w:type="dxa" w:w="7126"/>
            <w:vAlign w:val="center"/>
            <w:shd w:fill="EAF8FE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0645BA"/>
                <w:sz w:val="18"/>
              </w:rPr>
              <w:t>Tổng giá trị thiếu</w:t>
            </w:r>
          </w:p>
        </w:tc>
        <w:tc>
          <w:tcPr>
            <w:tcW w:type="dxa" w:w="7126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8"/>
              </w:rPr>
              <w:t>........................................................</w:t>
            </w:r>
          </w:p>
        </w:tc>
      </w:tr>
      <w:tr>
        <w:tc>
          <w:tcPr>
            <w:tcW w:type="dxa" w:w="7126"/>
            <w:vAlign w:val="center"/>
            <w:shd w:fill="EAF8FE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0645BA"/>
                <w:sz w:val="18"/>
              </w:rPr>
              <w:t>Phương án ghi nhận / điều chỉnh</w:t>
            </w:r>
          </w:p>
        </w:tc>
        <w:tc>
          <w:tcPr>
            <w:tcW w:type="dxa" w:w="7126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8"/>
              </w:rPr>
              <w:t>........................................................................................................................</w:t>
            </w:r>
          </w:p>
        </w:tc>
      </w:tr>
      <w:tr>
        <w:tc>
          <w:tcPr>
            <w:tcW w:type="dxa" w:w="7126"/>
            <w:vAlign w:val="center"/>
            <w:shd w:fill="EAF8FE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0645BA"/>
                <w:sz w:val="18"/>
              </w:rPr>
              <w:t>Trách nhiệm thực hiện</w:t>
            </w:r>
          </w:p>
        </w:tc>
        <w:tc>
          <w:tcPr>
            <w:tcW w:type="dxa" w:w="7126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8"/>
              </w:rPr>
              <w:t>........................................................................................................................</w:t>
            </w:r>
          </w:p>
        </w:tc>
      </w:tr>
      <w:tr>
        <w:tc>
          <w:tcPr>
            <w:tcW w:type="dxa" w:w="7126"/>
            <w:vAlign w:val="center"/>
            <w:shd w:fill="EAF8FE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0645BA"/>
                <w:sz w:val="18"/>
              </w:rPr>
              <w:t>Thời hạn hoàn tất</w:t>
            </w:r>
          </w:p>
        </w:tc>
        <w:tc>
          <w:tcPr>
            <w:tcW w:type="dxa" w:w="7126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8"/>
              </w:rPr>
              <w:t>........../........../...............</w:t>
            </w:r>
          </w:p>
        </w:tc>
      </w:tr>
      <w:tr>
        <w:tc>
          <w:tcPr>
            <w:tcW w:type="dxa" w:w="7126"/>
            <w:vAlign w:val="center"/>
            <w:shd w:fill="EAF8FE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0645BA"/>
                <w:sz w:val="18"/>
              </w:rPr>
              <w:t>Tài liệu đính kèm</w:t>
            </w:r>
          </w:p>
        </w:tc>
        <w:tc>
          <w:tcPr>
            <w:tcW w:type="dxa" w:w="7126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8"/>
              </w:rPr>
              <w:t>........................................................................................................................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2409"/>
        <w:gridCol w:w="2409"/>
        <w:gridCol w:w="2409"/>
      </w:tblGrid>
      <w:tr>
        <w:tc>
          <w:tcPr>
            <w:tcW w:type="dxa" w:w="3563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0645BA"/>
                <w:sz w:val="18"/>
              </w:rPr>
              <w:t>Người xác minh</w:t>
            </w:r>
          </w:p>
        </w:tc>
        <w:tc>
          <w:tcPr>
            <w:tcW w:type="dxa" w:w="3563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0645BA"/>
                <w:sz w:val="18"/>
              </w:rPr>
              <w:t>Người quản lý kho</w:t>
            </w:r>
          </w:p>
        </w:tc>
        <w:tc>
          <w:tcPr>
            <w:tcW w:type="dxa" w:w="3563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0645BA"/>
                <w:sz w:val="18"/>
              </w:rPr>
              <w:t>Đại diện kế toán</w:t>
            </w:r>
          </w:p>
        </w:tc>
        <w:tc>
          <w:tcPr>
            <w:tcW w:type="dxa" w:w="3563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0645BA"/>
                <w:sz w:val="18"/>
              </w:rPr>
              <w:t>Người phê duyệt</w:t>
            </w:r>
          </w:p>
        </w:tc>
      </w:tr>
      <w:tr>
        <w:tc>
          <w:tcPr>
            <w:tcW w:type="dxa" w:w="3563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Ký, ghi rõ họ tên</w:t>
            </w:r>
          </w:p>
        </w:tc>
        <w:tc>
          <w:tcPr>
            <w:tcW w:type="dxa" w:w="3563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Ký, ghi rõ họ tên</w:t>
            </w:r>
          </w:p>
        </w:tc>
        <w:tc>
          <w:tcPr>
            <w:tcW w:type="dxa" w:w="3563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Ký, ghi rõ họ tên</w:t>
            </w:r>
          </w:p>
        </w:tc>
        <w:tc>
          <w:tcPr>
            <w:tcW w:type="dxa" w:w="3563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Ký, ghi rõ họ tên</w:t>
            </w:r>
          </w:p>
        </w:tc>
      </w:tr>
    </w:tbl>
    <w:sectPr w:rsidR="00FC693F" w:rsidRPr="0006063C" w:rsidSect="00034616">
      <w:footerReference w:type="default" r:id="rId9"/>
      <w:pgSz w:w="15840" w:h="12240" w:orient="landscape"/>
      <w:pgMar w:top="794" w:right="794" w:bottom="737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0645BA"/>
        <w:sz w:val="16"/>
      </w:rPr>
      <w:t>Phục Hy | phuchy.vn | Xử lý chênh lệch – Phiên bản 1.0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